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진 술 서</w:t>
      </w:r>
    </w:p>
    <w:p>
      <w:pPr>
        <w:spacing w:before="160"/>
      </w:pPr>
      <w:r>
        <w:rPr>
          <w:b/>
        </w:rPr>
        <w:t>1. 진술인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소속·직위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사건과의 관계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□당사자 □목격자 □기타(          )</w:t>
            </w:r>
          </w:p>
        </w:tc>
      </w:tr>
    </w:tbl>
    <w:p/>
    <w:p>
      <w:pPr>
        <w:spacing w:before="160"/>
      </w:pPr>
      <w:r>
        <w:rPr>
          <w:b/>
        </w:rPr>
        <w:t>2. 사건 개요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일시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    시    분쯤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장소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관련자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사건 요약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진술 내용 (시간 순서대로)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4. 첨부 자료</w:t>
      </w:r>
    </w:p>
    <w:p>
      <w:pPr>
        <w:ind w:left="227"/>
      </w:pPr>
      <w:r>
        <w:t xml:space="preserve">1. </w:t>
      </w:r>
    </w:p>
    <w:p>
      <w:pPr>
        <w:ind w:left="227"/>
      </w:pPr>
      <w:r>
        <w:t xml:space="preserve">2. </w:t>
      </w:r>
    </w:p>
    <w:p>
      <w:pPr>
        <w:ind w:left="227"/>
      </w:pPr>
      <w:r>
        <w:t xml:space="preserve">3. </w:t>
      </w:r>
    </w:p>
    <w:p>
      <w:pPr>
        <w:jc w:val="left"/>
      </w:pPr>
      <w:r>
        <w:t>위 내용은 본인이 직접 겪고 본 사실을 거짓 없이 적은 것임을 확인합니다.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진술인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>제출처:                          귀중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진술서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