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위 임 장</w:t>
      </w:r>
    </w:p>
    <w:p>
      <w:pPr>
        <w:spacing w:before="160"/>
      </w:pPr>
      <w:r>
        <w:rPr>
          <w:b/>
        </w:rPr>
        <w:t>위임인 (맡기는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대리인 (맡는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위임인과의 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위임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위임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년    월    일부터      년    월    일까지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제출처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본인은 위 대리인에게 위 내용에 관한 권한을 위임합니다.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위임인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대리인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left"/>
      </w:pPr>
      <w:r>
        <w:t>※ 첨부: 위임인 신분증 사본 1부 (제출처에서 요구하는 경우 인감증명서)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위임장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