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기간제 근로계약서</w:t>
      </w:r>
    </w:p>
    <w:p>
      <w:pPr>
        <w:jc w:val="left"/>
      </w:pPr>
      <w:r>
        <w:t>사업주 ________________(이하 "사업주")와 근로자 ________________(이하 "근로자")는 다음과 같이 기간을 정한 근로계약을 체결한다.</w:t>
      </w:r>
    </w:p>
    <w:p>
      <w:pPr>
        <w:spacing w:before="160"/>
      </w:pPr>
      <w:r>
        <w:rPr>
          <w:b/>
        </w:rPr>
        <w:t>1. 근로계약기간</w:t>
      </w:r>
    </w:p>
    <w:p>
      <w:pPr>
        <w:jc w:val="left"/>
      </w:pPr>
      <w:r>
        <w:t>20    년    월    일부터 20    년    월    일까지</w:t>
      </w:r>
    </w:p>
    <w:p>
      <w:pPr>
        <w:spacing w:before="160"/>
      </w:pPr>
      <w:r>
        <w:rPr>
          <w:b/>
        </w:rPr>
        <w:t>2. 근무 장소 및 업무 내용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근무 장소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업무 내용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3. 근로시간 및 휴게시간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근로시간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 xml:space="preserve">     시     분부터      시     분까지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휴게시간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 xml:space="preserve">     시     분부터      시     분까지</w:t>
            </w:r>
          </w:p>
        </w:tc>
      </w:tr>
    </w:tbl>
    <w:p/>
    <w:p>
      <w:pPr>
        <w:spacing w:before="160"/>
      </w:pPr>
      <w:r>
        <w:rPr>
          <w:b/>
        </w:rPr>
        <w:t>4. 근무일 및 휴일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근무일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매주     일 근무 (     요일 ~      요일)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주휴일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매주      요일 (유급)</w:t>
            </w:r>
          </w:p>
        </w:tc>
      </w:tr>
    </w:tbl>
    <w:p/>
    <w:p>
      <w:pPr>
        <w:spacing w:before="160"/>
      </w:pPr>
      <w:r>
        <w:rPr>
          <w:b/>
        </w:rPr>
        <w:t>5. 임금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월(일, 시간)급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 xml:space="preserve">               원</w:t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상여금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있음(          원) / 없음</w:t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기타 수당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있음 / 없음</w:t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수당 내역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임금 지급일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매월      일 (휴일이면 전일 지급)</w:t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지급 방법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근로자 명의 예금통장 입금 / 직접 지급</w:t>
            </w:r>
          </w:p>
        </w:tc>
      </w:tr>
    </w:tbl>
    <w:p/>
    <w:p>
      <w:pPr>
        <w:jc w:val="left"/>
      </w:pPr>
      <w:r>
        <w:t>※ 연장·야간·휴일근로에 대하여는 근로기준법에서 정하는 바에 따라 가산하여 지급한다.</w:t>
      </w:r>
    </w:p>
    <w:p>
      <w:pPr>
        <w:spacing w:before="160"/>
      </w:pPr>
      <w:r>
        <w:rPr>
          <w:b/>
        </w:rPr>
        <w:t>6. 연차유급휴가</w:t>
      </w:r>
    </w:p>
    <w:p>
      <w:pPr>
        <w:jc w:val="left"/>
      </w:pPr>
      <w:r>
        <w:t>연차유급휴가는 근로기준법에서 정하는 바에 따라 부여한다.</w:t>
      </w:r>
    </w:p>
    <w:p>
      <w:pPr>
        <w:spacing w:before="160"/>
      </w:pPr>
      <w:r>
        <w:rPr>
          <w:b/>
        </w:rPr>
        <w:t>7. 사회보험 적용 여부</w:t>
      </w:r>
    </w:p>
    <w:p>
      <w:pPr>
        <w:jc w:val="left"/>
      </w:pPr>
      <w:r>
        <w:t>□ 고용보험   □ 산재보험   □ 국민연금   □ 건강보험</w:t>
      </w:r>
    </w:p>
    <w:p>
      <w:pPr>
        <w:spacing w:before="160"/>
      </w:pPr>
      <w:r>
        <w:rPr>
          <w:b/>
        </w:rPr>
        <w:t>8. 계약의 갱신 및 종료</w:t>
      </w:r>
    </w:p>
    <w:p>
      <w:pPr>
        <w:jc w:val="left"/>
      </w:pPr>
      <w:r>
        <w:t>계약기간 만료 시 근로관계는 종료되며, 갱신하는 경우에는 양 당사자가 협의하여 새로운 근로계약서를 작성한다.</w:t>
      </w:r>
    </w:p>
    <w:p>
      <w:pPr>
        <w:spacing w:before="160"/>
      </w:pPr>
      <w:r>
        <w:rPr>
          <w:b/>
        </w:rPr>
        <w:t>9. 근로계약서 교부</w:t>
      </w:r>
    </w:p>
    <w:p>
      <w:pPr>
        <w:jc w:val="left"/>
      </w:pPr>
      <w:r>
        <w:t>사업주는 근로계약을 체결함과 동시에 본 계약서를 사본하여 근로자에게 교부한다.</w:t>
      </w:r>
    </w:p>
    <w:p>
      <w:pPr>
        <w:spacing w:before="160"/>
      </w:pPr>
      <w:r>
        <w:rPr>
          <w:b/>
        </w:rPr>
        <w:t>10. 기타</w:t>
      </w:r>
    </w:p>
    <w:p>
      <w:pPr>
        <w:jc w:val="left"/>
      </w:pPr>
      <w:r>
        <w:t>이 계약에 정함이 없는 사항은 근로기준법 등 관계 법령에 따른다.</w:t>
      </w:r>
    </w:p>
    <w:p>
      <w:pPr>
        <w:spacing w:before="240" w:after="240"/>
        <w:jc w:val="center"/>
      </w:pPr>
      <w:r>
        <w:t>20      년        월       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사업주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사업체명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대표자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근로자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기간제(계약직) 근로계약서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