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교외 체험학습 결과 보고서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학생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학년·반·번호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학년    반    번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체험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~ 20  년   월   일 (   일간)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체험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날짜별 활동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날짜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장소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활동 내용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새로 알게 된 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느낀 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사진·증빙 자료 (붙이는 곳)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위와 같이 교외 체험학습 결과를 보고합니다.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학생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보호자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OO학교장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교외 체험학습 결과 보고서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