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경 력 증 명 서</w:t>
      </w:r>
    </w:p>
    <w:p>
      <w:pPr>
        <w:spacing w:before="160"/>
      </w:pPr>
      <w:r>
        <w:rPr>
          <w:b/>
        </w:rPr>
        <w:t>인적사항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경력사항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근무 기간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부서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직위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담당 업무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.  .  . ~ 20  .  .  .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총 근무기간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 xml:space="preserve">    년    개월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용도(제출처)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center"/>
      </w:pPr>
      <w:r>
        <w:t>위 사람은 위와 같이 당사에 근무하였음을 증명합니다.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발급 회사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회사명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사업자등록번호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전화번호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대표이사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경력증명서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