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출장 신청서 · 보고서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담당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팀장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부서장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대표</w:t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1. 출장 신청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소속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성명·직위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출장 기간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  년    월    일 ~    월    일 (    박    일)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출장지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동행자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교통수단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출장 목적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경비 항목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예상 금액(원)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실제 금액(원)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비고</w:t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교통비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숙박비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식비·일비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기타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합계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2. 출장 결과 보고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방문처·만난 사람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주요 내용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spacing w:before="160"/>
      </w:pPr>
      <w:r>
        <w:rPr>
          <w:b/>
        </w:rPr>
        <w:t>결과 및 후속 조치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jc w:val="left"/>
      </w:pPr>
      <w:r>
        <w:t>※ 영수증은 뒷면에 붙여 제출합니다.</w:t>
      </w:r>
    </w:p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작성자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소속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출장 신청서·보고서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