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학원 수강료 환불 요청서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학생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학원명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수강 과목·반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 강사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등록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20  년   월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납부한 수강료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원 (납부일:     년   월   일)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마지막 수강일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환불 요청일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</w:t>
            </w:r>
          </w:p>
        </w:tc>
      </w:tr>
    </w:tbl>
    <w:p/>
    <w:p>
      <w:pPr>
        <w:spacing w:before="160"/>
      </w:pPr>
      <w:r>
        <w:rPr>
          <w:b/>
        </w:rPr>
        <w:t>수강 중단 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환불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  계좌번호:                    예금주:</w:t>
            </w:r>
          </w:p>
        </w:tc>
      </w:tr>
    </w:tbl>
    <w:p/>
    <w:p>
      <w:pPr>
        <w:jc w:val="left"/>
      </w:pPr>
      <w:r>
        <w:t>위와 같은 사유로 수강을 중단하오니, 교습비 반환 기준에 따라 남은 수강료를 위 계좌로 반환하여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요청인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OO학원장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학원 수강료 환불 요청서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